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FB4" w:rsidRDefault="00DB5FB4">
      <w:pPr>
        <w:autoSpaceDE w:val="0"/>
        <w:autoSpaceDN w:val="0"/>
        <w:spacing w:after="78" w:line="220" w:lineRule="exact"/>
      </w:pPr>
    </w:p>
    <w:p w:rsidR="00DB5FB4" w:rsidRPr="00A317B2" w:rsidRDefault="005A3498">
      <w:pPr>
        <w:autoSpaceDE w:val="0"/>
        <w:autoSpaceDN w:val="0"/>
        <w:spacing w:after="0" w:line="230" w:lineRule="auto"/>
        <w:rPr>
          <w:lang w:val="ru-RU"/>
        </w:rPr>
      </w:pPr>
      <w:bookmarkStart w:id="0" w:name="_GoBack"/>
      <w:bookmarkEnd w:id="0"/>
      <w:r w:rsidRPr="00A317B2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DB5FB4" w:rsidRPr="00E6722A" w:rsidRDefault="005A3498" w:rsidP="00A317B2">
      <w:pPr>
        <w:autoSpaceDE w:val="0"/>
        <w:autoSpaceDN w:val="0"/>
        <w:spacing w:before="346" w:after="0" w:line="278" w:lineRule="auto"/>
        <w:ind w:firstLine="180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учебного предмета «Русский язык» для обучающихся 1 классов на уровне начального общего образования составлена на основе Требований к результатам освоения программы </w:t>
      </w:r>
      <w:proofErr w:type="spellStart"/>
      <w:proofErr w:type="gram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началь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ного</w:t>
      </w:r>
      <w:proofErr w:type="spellEnd"/>
      <w:proofErr w:type="gram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общего образования Федерального государственного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обра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зовательного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стандарта начального общего образования (да​лее — ФГОС НОО), а также ориентирована на целевые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приори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r w:rsidRPr="00E6722A">
        <w:rPr>
          <w:rFonts w:ascii="DejaVu Serif" w:eastAsia="DejaVu Serif" w:hAnsi="DejaVu Serif"/>
          <w:color w:val="000000"/>
          <w:sz w:val="24"/>
          <w:lang w:val="ru-RU"/>
        </w:rPr>
        <w:t>‐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теты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, сформулированные в Примерной программе воспитания.</w:t>
      </w:r>
    </w:p>
    <w:p w:rsidR="00DB5FB4" w:rsidRPr="00E6722A" w:rsidRDefault="005A3498" w:rsidP="00A317B2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"РУССКИЙ ЯЗЫК"</w:t>
      </w:r>
    </w:p>
    <w:p w:rsidR="00DB5FB4" w:rsidRPr="00E6722A" w:rsidRDefault="005A3498" w:rsidP="00A317B2">
      <w:pPr>
        <w:autoSpaceDE w:val="0"/>
        <w:autoSpaceDN w:val="0"/>
        <w:spacing w:before="192" w:after="0" w:line="290" w:lineRule="auto"/>
        <w:ind w:firstLine="180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Русский язык является основой всего процесса обучения в на​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чальной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школе, успехи в его изучении во многом определяют результаты обучающихся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 Предмет «Русский язык» обладает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значительным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потенциа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​лом в развитии функциональной грамотности младших школь​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ников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, особенно таких её компонентов, как языковая, комму​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никативная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читательская, общекультурная и социальная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гра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мотность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различ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ных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сферах и ситуациях общения способствуют успешной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соци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ализации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мировании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самосознания и мировоззрения личности, является важнейшим средством хранения и передачи информации, куль​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турных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адек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​ватного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социокультурных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и духовно​нрав​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ственных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ценностей, принятых в обществе правил и норм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пове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дения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результата​ми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личност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ных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 —длительный процесс, разворачивающийся на протяжении изучения содержания предмета.</w:t>
      </w:r>
    </w:p>
    <w:p w:rsidR="00DB5FB4" w:rsidRPr="00E6722A" w:rsidRDefault="005A3498" w:rsidP="00A317B2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Центральной идеей конструирования содержания и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планиру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емых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 обучения является признание равной значимости работы по изучению системы языка и работы по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совер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шенствованию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речи младших школьников. Языковой материал призван сформировать первоначальные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 о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струк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младших школь​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ников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направлено на решение практической задачи развития всех видов речевой деятельности, отработку навыков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использо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вания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усвоенных норм русского литературного языка, речевых норм и правил речевого этикета в процессе устного и письмен​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ного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общения. Ряд задач по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совершенствованию речевой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дея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тельности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решаются совместно с учебным предметом «Литературное чтение».</w:t>
      </w:r>
    </w:p>
    <w:p w:rsidR="00DB5FB4" w:rsidRPr="00E6722A" w:rsidRDefault="005A3498" w:rsidP="00A317B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«Русского язы​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ка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», в 1 классе — 165 ч. </w:t>
      </w:r>
    </w:p>
    <w:p w:rsidR="00DB5FB4" w:rsidRPr="00E6722A" w:rsidRDefault="005A3498" w:rsidP="00A317B2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"РУССКИЙ ЯЗЫК"</w:t>
      </w:r>
    </w:p>
    <w:p w:rsidR="00DB5FB4" w:rsidRPr="00E6722A" w:rsidRDefault="00DB5FB4" w:rsidP="00A317B2">
      <w:pPr>
        <w:rPr>
          <w:lang w:val="ru-RU"/>
        </w:rPr>
        <w:sectPr w:rsidR="00DB5FB4" w:rsidRPr="00E6722A">
          <w:pgSz w:w="11900" w:h="16840"/>
          <w:pgMar w:top="436" w:right="650" w:bottom="4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B5FB4" w:rsidRPr="00E6722A" w:rsidRDefault="00DB5FB4" w:rsidP="00A317B2">
      <w:pPr>
        <w:autoSpaceDE w:val="0"/>
        <w:autoSpaceDN w:val="0"/>
        <w:spacing w:after="78" w:line="220" w:lineRule="exact"/>
        <w:rPr>
          <w:lang w:val="ru-RU"/>
        </w:rPr>
      </w:pPr>
    </w:p>
    <w:p w:rsidR="00DB5FB4" w:rsidRPr="00E6722A" w:rsidRDefault="005A3498" w:rsidP="00A317B2">
      <w:pPr>
        <w:autoSpaceDE w:val="0"/>
        <w:autoSpaceDN w:val="0"/>
        <w:spacing w:after="0"/>
        <w:ind w:right="144" w:firstLine="180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В начальной школе изучение русского языка имеет особое значение в развитии младшего школьника. Приобретённые им знания, опыт выполнения предметных и универсальных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дей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ствий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на материале русского языка станут фундаментом обучения в основном звене школы, а также будут востребованы в жизни.</w:t>
      </w:r>
    </w:p>
    <w:p w:rsidR="00DB5FB4" w:rsidRPr="00E6722A" w:rsidRDefault="005A3498" w:rsidP="00A317B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Изучение русского языка в начальной школе направлено на достижение следующих целей:</w:t>
      </w:r>
    </w:p>
    <w:p w:rsidR="00DB5FB4" w:rsidRPr="00E6722A" w:rsidRDefault="005A3498" w:rsidP="00A317B2">
      <w:pPr>
        <w:autoSpaceDE w:val="0"/>
        <w:autoSpaceDN w:val="0"/>
        <w:spacing w:before="178" w:after="0" w:line="281" w:lineRule="auto"/>
        <w:ind w:left="420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духов​но​</w:t>
      </w:r>
      <w:r w:rsidRPr="00E6722A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нравственных ценностей народа; понимание роли языка как основного средства общения; осознание значения русского язы​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ка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государственного языка Российской Федерации; пони​</w:t>
      </w:r>
      <w:r w:rsidRPr="00E6722A">
        <w:rPr>
          <w:rFonts w:ascii="DejaVu Serif" w:eastAsia="DejaVu Serif" w:hAnsi="DejaVu Serif"/>
          <w:color w:val="000000"/>
          <w:sz w:val="24"/>
          <w:lang w:val="ru-RU"/>
        </w:rPr>
        <w:t>‐</w:t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мание роли русского языка как языка межнационального об​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щения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; осознание правильной устной и письменной речи как показателя общей культуры человека;</w:t>
      </w:r>
    </w:p>
    <w:p w:rsidR="00DB5FB4" w:rsidRPr="00E6722A" w:rsidRDefault="005A3498" w:rsidP="00A317B2">
      <w:pPr>
        <w:autoSpaceDE w:val="0"/>
        <w:autoSpaceDN w:val="0"/>
        <w:spacing w:before="192" w:after="0" w:line="271" w:lineRule="auto"/>
        <w:ind w:left="420" w:right="1152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овладение основными видами речевой деятельности на ос​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нове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первоначальных представлений о нормах современного русского литературного языка: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аудированием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говорением,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чте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нием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, письмом;</w:t>
      </w:r>
    </w:p>
    <w:p w:rsidR="00DB5FB4" w:rsidRPr="00E6722A" w:rsidRDefault="005A3498" w:rsidP="00A317B2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первоначальными научными представлениями о системе русского языка: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фонетике, графике, лексике, морфе​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мике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морфологии и синтаксисе; об основных единицах языка, их признаках и особенностях употребления в речи;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использова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в речевой деятельности норм современного русского литера​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турного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языка (орфоэпических, лексических, грамматических, орфографических, пунктуационных) и речевого этикета;</w:t>
      </w:r>
    </w:p>
    <w:p w:rsidR="00DB5FB4" w:rsidRPr="00E6722A" w:rsidRDefault="005A3498" w:rsidP="00A317B2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DB5FB4" w:rsidRPr="00E6722A" w:rsidRDefault="00DB5FB4" w:rsidP="00A317B2">
      <w:pPr>
        <w:rPr>
          <w:lang w:val="ru-RU"/>
        </w:rPr>
        <w:sectPr w:rsidR="00DB5FB4" w:rsidRPr="00E6722A">
          <w:pgSz w:w="11900" w:h="16840"/>
          <w:pgMar w:top="298" w:right="742" w:bottom="1440" w:left="666" w:header="720" w:footer="720" w:gutter="0"/>
          <w:cols w:space="720" w:equalWidth="0">
            <w:col w:w="10492" w:space="0"/>
          </w:cols>
          <w:docGrid w:linePitch="360"/>
        </w:sectPr>
      </w:pPr>
    </w:p>
    <w:p w:rsidR="00DB5FB4" w:rsidRPr="00E6722A" w:rsidRDefault="00DB5FB4" w:rsidP="00A317B2">
      <w:pPr>
        <w:autoSpaceDE w:val="0"/>
        <w:autoSpaceDN w:val="0"/>
        <w:spacing w:after="78" w:line="220" w:lineRule="exact"/>
        <w:rPr>
          <w:lang w:val="ru-RU"/>
        </w:rPr>
      </w:pPr>
    </w:p>
    <w:p w:rsidR="00DB5FB4" w:rsidRPr="00E6722A" w:rsidRDefault="005A3498" w:rsidP="00A317B2">
      <w:pPr>
        <w:autoSpaceDE w:val="0"/>
        <w:autoSpaceDN w:val="0"/>
        <w:spacing w:after="0" w:line="230" w:lineRule="auto"/>
        <w:rPr>
          <w:lang w:val="ru-RU"/>
        </w:rPr>
      </w:pP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DB5FB4" w:rsidRPr="00E6722A" w:rsidRDefault="005A3498" w:rsidP="00A317B2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Обучение грамоте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речи 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Составление небольших рассказов повествовательного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харак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тера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по серии сюжетных картинок, материалам собственных игр, занятий, наблюдений. Понимание текста при его прослушивании и при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самостоя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​тельном чтении вслух.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Слово и предложение 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Различение слова и предложения. Работа с предложением: выделение слов, изменение их порядка. Восприятие слова как объекта изучения, материала для анализа. Наблюдение над значением слова.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192" w:after="0" w:line="286" w:lineRule="auto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 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 </w:t>
      </w:r>
      <w:proofErr w:type="spellStart"/>
      <w:proofErr w:type="gram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количе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ства</w:t>
      </w:r>
      <w:proofErr w:type="spellEnd"/>
      <w:proofErr w:type="gram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звуков. Сопоставление слов, различающихся одним или несколькими звуками. Звуковой анализ слова, работа со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звуко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выми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Количе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ство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слогов в слове. Ударный слог.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 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твёр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дости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— мягкости согласных звуков. Функции букв е, ё, ю, я. Мягкий знак как показатель мягкости предшествующего со​ гласного звука в конце слова. Последовательность букв в русском алфавите.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Чтение 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Слоговое чтение (ориентация на букву, обозначающую глас​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ный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звук).  Плавное слоговое чтение и чтение целыми словами со скоростью, соответствующей индивидуальному темпу.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Чте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с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интонациями и паузами в соответствии со знаками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препи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нания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. Осознанное чтение слов,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словосочетаний, предложений. Выразительное чтение на материале небольших прозаических текстов и стихотворений. Орфоэпическое чтение (при переходе к чтению целыми слова​ми). Орфографическое чтение (проговаривание) как средство самоконтроля при письме под диктовку и при списывании.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192" w:after="0" w:line="286" w:lineRule="auto"/>
        <w:ind w:right="144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Письмо 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пространстве листа в тетради и на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простран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стве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классной доски. Гигиенические требования, которые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необ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ходимо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соблюдать во время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письма</w:t>
      </w:r>
      <w:proofErr w:type="gram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.Н</w:t>
      </w:r>
      <w:proofErr w:type="gram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ачертание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письменных прописных и строчных букв.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Пись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​мо букв, буквосочетаний, слогов, слов, предложений с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соблюде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нием</w:t>
      </w:r>
      <w:proofErr w:type="spellEnd"/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гигиенических норм. Письмо разборчивым, аккуратным почерком. Письмо под диктовку слов и предложений,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написа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которых не расходится с их произношением. Приёмы и 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и пунктуация 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Правила правописания и их применение: раздельное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написа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слов; обозначение гласных после шипящих в сочетаниях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жи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ши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(в положении под ударением),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ча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ща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чу,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щу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пропис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ная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:rsidR="00DB5FB4" w:rsidRPr="00E6722A" w:rsidRDefault="005A3498" w:rsidP="00A317B2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E6722A">
        <w:rPr>
          <w:rFonts w:ascii="Times New Roman" w:eastAsia="Times New Roman" w:hAnsi="Times New Roman"/>
          <w:b/>
          <w:color w:val="0F0F50"/>
          <w:sz w:val="24"/>
          <w:lang w:val="ru-RU"/>
        </w:rPr>
        <w:t>СИСТЕМАТИЧЕСКИЙ КУРС</w:t>
      </w:r>
    </w:p>
    <w:p w:rsidR="00DB5FB4" w:rsidRPr="00E6722A" w:rsidRDefault="00DB5FB4" w:rsidP="00A317B2">
      <w:pPr>
        <w:rPr>
          <w:lang w:val="ru-RU"/>
        </w:rPr>
        <w:sectPr w:rsidR="00DB5FB4" w:rsidRPr="00E6722A">
          <w:pgSz w:w="11900" w:h="16840"/>
          <w:pgMar w:top="298" w:right="650" w:bottom="3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B5FB4" w:rsidRPr="00E6722A" w:rsidRDefault="00DB5FB4" w:rsidP="00A317B2">
      <w:pPr>
        <w:autoSpaceDE w:val="0"/>
        <w:autoSpaceDN w:val="0"/>
        <w:spacing w:after="72" w:line="220" w:lineRule="exact"/>
        <w:rPr>
          <w:lang w:val="ru-RU"/>
        </w:rPr>
      </w:pPr>
    </w:p>
    <w:p w:rsidR="00DB5FB4" w:rsidRPr="00E6722A" w:rsidRDefault="005A3498" w:rsidP="00A317B2">
      <w:pPr>
        <w:autoSpaceDE w:val="0"/>
        <w:autoSpaceDN w:val="0"/>
        <w:spacing w:after="0" w:line="262" w:lineRule="auto"/>
        <w:ind w:left="180" w:right="2016"/>
        <w:rPr>
          <w:lang w:val="ru-RU"/>
        </w:rPr>
      </w:pP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Язык как основное средство человеческого общения.  Цели и ситуации общения.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 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Звуки речи. Гласные и согласные звуки, их различение. Уда​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рение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в слове. Гласные ударные и безударные. Твёрдые и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мяг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​кие согласные звуки, их различение. Звонкие и глухие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соглас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ные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звуки, их различение. Согласный звук [й’] и гласный звук [и]. Шипящие [ж], [ш], [ч’], [щ’]. Слог. Количество слогов в слове. Ударный слог. Деление слов на слоги (простые случаи, без стечения согласных).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 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 Установление соотношения звукового и буквенного состава слова в словах типа стол, конь. Небуквенные графические средства: пробел между словами, знак переноса. Русский алфавит: правильное название букв, их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последова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тельность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. Использование алфавита для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упорядочения списка слов.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Орфоэпия 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Произношение звуков и сочетаний звуков, ударение в словах в соответствии с нормами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современного русского литературного языка (на ограниченном перечне слов, отрабатываемом в учеб​</w:t>
      </w:r>
      <w:r w:rsidRPr="00E6722A">
        <w:rPr>
          <w:rFonts w:ascii="DejaVu Serif" w:eastAsia="DejaVu Serif" w:hAnsi="DejaVu Serif"/>
          <w:color w:val="000000"/>
          <w:sz w:val="24"/>
          <w:lang w:val="ru-RU"/>
        </w:rPr>
        <w:t>‐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нике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190" w:after="0" w:line="271" w:lineRule="auto"/>
        <w:ind w:right="864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Лексика 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Слово как единица языка (ознакомление). Слово как название предмета, признака предмета, действия предмета (ознакомление). Выявление слов, значение которых требует уточнения.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 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Предложение как единица языка (ознакомление). Слово, предложение (наблюдение над сходством и различи​ем). Установление связи слов в предложении при помощи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смыс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ловых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вопросов.</w:t>
      </w:r>
    </w:p>
    <w:p w:rsidR="00DB5FB4" w:rsidRPr="00E6722A" w:rsidRDefault="005A3498" w:rsidP="00A317B2">
      <w:pPr>
        <w:autoSpaceDE w:val="0"/>
        <w:autoSpaceDN w:val="0"/>
        <w:spacing w:before="70" w:after="0" w:line="230" w:lineRule="auto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Восстановление деформированных предложений.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Составле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предложений из набора форм слов.</w:t>
      </w:r>
    </w:p>
    <w:p w:rsidR="00DB5FB4" w:rsidRPr="00E6722A" w:rsidRDefault="005A3498" w:rsidP="00A317B2">
      <w:pPr>
        <w:autoSpaceDE w:val="0"/>
        <w:autoSpaceDN w:val="0"/>
        <w:spacing w:before="190" w:after="0" w:line="262" w:lineRule="auto"/>
        <w:ind w:left="180" w:right="6048"/>
        <w:rPr>
          <w:lang w:val="ru-RU"/>
        </w:rPr>
      </w:pP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и пунктуация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Правила правописания и их применение:</w:t>
      </w:r>
    </w:p>
    <w:p w:rsidR="00DB5FB4" w:rsidRPr="00E6722A" w:rsidRDefault="005A3498" w:rsidP="00A317B2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раздельное написание слов в предложении;</w:t>
      </w:r>
    </w:p>
    <w:p w:rsidR="00DB5FB4" w:rsidRPr="00E6722A" w:rsidRDefault="005A3498" w:rsidP="00A317B2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прописная буква в начале предложения и в именах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собствен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ных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: в именах и фамилиях людей, кличках животных;</w:t>
      </w:r>
    </w:p>
    <w:p w:rsidR="00DB5FB4" w:rsidRPr="00E6722A" w:rsidRDefault="005A3498" w:rsidP="00A317B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перенос слов (без учёта морфемного членения слова);</w:t>
      </w:r>
    </w:p>
    <w:p w:rsidR="00DB5FB4" w:rsidRPr="00E6722A" w:rsidRDefault="005A3498" w:rsidP="00A317B2">
      <w:pPr>
        <w:autoSpaceDE w:val="0"/>
        <w:autoSpaceDN w:val="0"/>
        <w:spacing w:before="190" w:after="0" w:line="230" w:lineRule="auto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гласные после шипящих в сочетаниях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жи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ши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(в положении под ударением),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ча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ща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чу,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щу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DB5FB4" w:rsidRPr="00E6722A" w:rsidRDefault="005A3498" w:rsidP="00A317B2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сочетания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чк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чн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DB5FB4" w:rsidRPr="00E6722A" w:rsidRDefault="005A3498" w:rsidP="00A317B2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слова с непроверяемыми гласными и согласными (перечень слов в орфографическом словаре учебника);</w:t>
      </w:r>
    </w:p>
    <w:p w:rsidR="00DB5FB4" w:rsidRPr="00E6722A" w:rsidRDefault="005A3498" w:rsidP="00A317B2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знаки препинания в конце предложения: точка,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вопроситель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ный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и восклицательный знаки. Алгоритм списывания текста.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178" w:after="0" w:line="271" w:lineRule="auto"/>
        <w:ind w:right="576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Развитие речи 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Речь как основная форма общения между людьми. Текст как единица речи (ознакомление). Ситуация общения: цель общения, с кем и где происходит об​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щение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. Ситуации устного общения</w:t>
      </w:r>
    </w:p>
    <w:p w:rsidR="00DB5FB4" w:rsidRPr="00E6722A" w:rsidRDefault="00DB5FB4" w:rsidP="00A317B2">
      <w:pPr>
        <w:rPr>
          <w:lang w:val="ru-RU"/>
        </w:rPr>
        <w:sectPr w:rsidR="00DB5FB4" w:rsidRPr="00E6722A">
          <w:pgSz w:w="11900" w:h="16840"/>
          <w:pgMar w:top="292" w:right="676" w:bottom="444" w:left="666" w:header="720" w:footer="720" w:gutter="0"/>
          <w:cols w:space="720" w:equalWidth="0">
            <w:col w:w="10558" w:space="0"/>
          </w:cols>
          <w:docGrid w:linePitch="360"/>
        </w:sectPr>
      </w:pPr>
    </w:p>
    <w:p w:rsidR="00DB5FB4" w:rsidRPr="00E6722A" w:rsidRDefault="00DB5FB4" w:rsidP="00A317B2">
      <w:pPr>
        <w:autoSpaceDE w:val="0"/>
        <w:autoSpaceDN w:val="0"/>
        <w:spacing w:after="66" w:line="220" w:lineRule="exact"/>
        <w:rPr>
          <w:lang w:val="ru-RU"/>
        </w:rPr>
      </w:pPr>
    </w:p>
    <w:p w:rsidR="00DB5FB4" w:rsidRPr="00E6722A" w:rsidRDefault="005A3498" w:rsidP="00A317B2">
      <w:pPr>
        <w:autoSpaceDE w:val="0"/>
        <w:autoSpaceDN w:val="0"/>
        <w:spacing w:after="0" w:line="271" w:lineRule="auto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(чтение диалогов по ролям, просмотр видеоматериалов, прослушивание аудиозаписи). Нормы речевого этикета в ситуациях учебного и бытового об​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щения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(приветствие, прощание, извинение, благодарность, об​ращение с просьбой).</w:t>
      </w:r>
    </w:p>
    <w:p w:rsidR="00DB5FB4" w:rsidRPr="00E6722A" w:rsidRDefault="00DB5FB4" w:rsidP="00A317B2">
      <w:pPr>
        <w:rPr>
          <w:lang w:val="ru-RU"/>
        </w:rPr>
        <w:sectPr w:rsidR="00DB5FB4" w:rsidRPr="00E6722A">
          <w:pgSz w:w="11900" w:h="16840"/>
          <w:pgMar w:top="286" w:right="1238" w:bottom="1440" w:left="666" w:header="720" w:footer="720" w:gutter="0"/>
          <w:cols w:space="720" w:equalWidth="0">
            <w:col w:w="9996" w:space="0"/>
          </w:cols>
          <w:docGrid w:linePitch="360"/>
        </w:sectPr>
      </w:pPr>
    </w:p>
    <w:p w:rsidR="00DB5FB4" w:rsidRPr="00E6722A" w:rsidRDefault="00DB5FB4" w:rsidP="00A317B2">
      <w:pPr>
        <w:autoSpaceDE w:val="0"/>
        <w:autoSpaceDN w:val="0"/>
        <w:spacing w:after="78" w:line="220" w:lineRule="exact"/>
        <w:rPr>
          <w:lang w:val="ru-RU"/>
        </w:rPr>
      </w:pPr>
    </w:p>
    <w:p w:rsidR="00DB5FB4" w:rsidRPr="00E6722A" w:rsidRDefault="005A3498" w:rsidP="00A317B2">
      <w:pPr>
        <w:autoSpaceDE w:val="0"/>
        <w:autoSpaceDN w:val="0"/>
        <w:spacing w:after="0" w:line="230" w:lineRule="auto"/>
        <w:rPr>
          <w:lang w:val="ru-RU"/>
        </w:rPr>
      </w:pP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346" w:after="0" w:line="262" w:lineRule="auto"/>
        <w:ind w:right="864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русского языка в 1 классе направлено на достижение обучающимися личностных,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DB5FB4" w:rsidRPr="00E6722A" w:rsidRDefault="005A3498" w:rsidP="00A317B2">
      <w:pPr>
        <w:autoSpaceDE w:val="0"/>
        <w:autoSpaceDN w:val="0"/>
        <w:spacing w:before="382" w:after="0" w:line="230" w:lineRule="auto"/>
        <w:rPr>
          <w:lang w:val="ru-RU"/>
        </w:rPr>
      </w:pP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личностные новообразования 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воспитания: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становление ценностного отношения к своей Родине — России, в том числе через изучение русского языка, отражающего историю и культуру страны;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осознание своей этнокультурной и российской граждан​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ской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идентичности, понимание роли русского языка как государственного языка Российской Федерации и языка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межнацио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нального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общения народов России;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сопричастность к прошлому, настоящему и будущему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сво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​ей страны и родного края, в том числе через обсуждение ситуаций при работе с художественными произведениями;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уважение к своему и другим народам, формируемое в том числе на основе примеров из художественных произведений;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первоначальные представления о человеке как члене об​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щества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о правах и ответственности, уважении и достоинстве человека, о нравственно​этических нормах поведения и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прави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лах</w:t>
      </w:r>
      <w:proofErr w:type="spellEnd"/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межличностных отношений, в том числе отражённых в художественных произведениях;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признание индивидуальности каждого человека с опорой на собственный жизненный и читательский опыт;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проявление сопереживания, уважения и доброжелатель​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ности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, в том числе с использованием адекватных языковых средств для выражения своего состояния и чувств;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неприятие любых форм поведения, направленных на причинение физического  и  морального вреда  другим  людям (в том числе связанного с использованием недопустимых средств языка); </w:t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стремление к самовыражению в разных видах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художе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ственной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деятельности, в том числе в искусстве слова;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осозна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важности русского языка как средства общения и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самовы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ражения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бережное отношение к физическому и психическому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здо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ровью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проявляющееся в выборе приемлемых способов речевого самовыражения и соблюдении норм речевого этикета и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пра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​вил общения; 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трудо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​вой деятельности, интерес к различным профессиям,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возника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ющий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обсуждении примеров из художественных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произве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дений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DB5FB4" w:rsidRPr="00E6722A" w:rsidRDefault="00DB5FB4" w:rsidP="00A317B2">
      <w:pPr>
        <w:rPr>
          <w:lang w:val="ru-RU"/>
        </w:rPr>
        <w:sectPr w:rsidR="00DB5FB4" w:rsidRPr="00E6722A">
          <w:pgSz w:w="11900" w:h="16840"/>
          <w:pgMar w:top="298" w:right="650" w:bottom="4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B5FB4" w:rsidRPr="00E6722A" w:rsidRDefault="00DB5FB4" w:rsidP="00A317B2">
      <w:pPr>
        <w:autoSpaceDE w:val="0"/>
        <w:autoSpaceDN w:val="0"/>
        <w:spacing w:after="78" w:line="220" w:lineRule="exact"/>
        <w:rPr>
          <w:lang w:val="ru-RU"/>
        </w:rPr>
      </w:pP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бережное отношение к природе, формируемое в процессе работы с текстами;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неприятие действий, приносящих ей вред; 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ность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самостоятельность в его познании.</w:t>
      </w:r>
    </w:p>
    <w:p w:rsidR="00DB5FB4" w:rsidRPr="00E6722A" w:rsidRDefault="005A3498" w:rsidP="00A317B2">
      <w:pPr>
        <w:autoSpaceDE w:val="0"/>
        <w:autoSpaceDN w:val="0"/>
        <w:spacing w:before="262" w:after="0" w:line="230" w:lineRule="auto"/>
        <w:rPr>
          <w:lang w:val="ru-RU"/>
        </w:rPr>
      </w:pP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168" w:after="0" w:line="262" w:lineRule="auto"/>
        <w:ind w:right="864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«Русский язык» в начальной школе у обучающегося будут сформированы следующие </w:t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познавательные </w:t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</w:t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частеречная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принадлежность,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грамматиче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ский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признак, лексическое значение и др.); устанавливать аналогии языковых единиц;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объединять объекты (языковые единицы) по определённо​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му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признаку;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находить в языковом материале закономерности и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проти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воречия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на основе предложенного учителем алгоритма наблюдения; анализировать алгоритм действий при работе с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языко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выми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единицами, самостоятельно выделять учебные операции при анализе языковых единиц;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выявлять недостаток информации для решения учебной и практической задачи на основе предложенного алгоритма, фор​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мулировать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запрос на дополнительную информацию;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устанавливать причинно​следственные связи в ситуациях наблюдения за языковым материалом, делать выводы.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</w:t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с помощью учителя формулировать цель, планировать из​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менения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языкового объекта, речевой ситуации;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сравнивать несколько вариантов выполнения задания, выбирать наиболее подходящий (на основе предложенных критериев);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проводить по предложенному плану несложное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лингви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стическое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мини-​исследование,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выполнять по предложенному плану проектное задание;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формулировать выводы и подкреплять их доказательства​ми на основе результатов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прогнозировать возможное развитие процессов, событий и их последствия в аналогичных или сходных ситуациях.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</w:t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выбирать источник получения информации: нужный словарь для получения запрашиваемой информации, для уточнения;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согласно заданному алгоритму находить представленную в явном виде информацию в предложенном источнике: в слова​рях, справочниках;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соблюдать с помощью взрослых (педагогических работни​ков, родителей, законных</w:t>
      </w:r>
    </w:p>
    <w:p w:rsidR="00DB5FB4" w:rsidRPr="00E6722A" w:rsidRDefault="00DB5FB4" w:rsidP="00A317B2">
      <w:pPr>
        <w:rPr>
          <w:lang w:val="ru-RU"/>
        </w:rPr>
        <w:sectPr w:rsidR="00DB5FB4" w:rsidRPr="00E6722A">
          <w:pgSz w:w="11900" w:h="16840"/>
          <w:pgMar w:top="298" w:right="660" w:bottom="452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DB5FB4" w:rsidRPr="00E6722A" w:rsidRDefault="00DB5FB4" w:rsidP="00A317B2">
      <w:pPr>
        <w:autoSpaceDE w:val="0"/>
        <w:autoSpaceDN w:val="0"/>
        <w:spacing w:after="66" w:line="220" w:lineRule="exact"/>
        <w:rPr>
          <w:lang w:val="ru-RU"/>
        </w:rPr>
      </w:pP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after="0" w:line="283" w:lineRule="auto"/>
        <w:ind w:right="720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анализировать и создавать текстовую, видео​,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графиче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​скую, звуковую информацию в соответствии с учебной зада​чей;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понимать лингвистическую информацию, зафиксирован​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ную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в виде таблиц, схем; самостоятельно создавать схемы, таблицы для представления лингвистической информации.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форми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руются</w:t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</w:t>
      </w:r>
      <w:proofErr w:type="spellEnd"/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 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воспринимать и формулировать суждения, выражать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эмо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ции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в соответствии с целями и условиями общения в знакомой среде;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проявлять уважительное отношение к собеседнику, со​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блюдать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правила ведения диалоги и дискуссии;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признавать возможность существования разных точек зрения;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корректно и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аргументированно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высказывать своё  мне​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ние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строить речевое высказывание в соответствии с постав​ленной задачей;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создавать устные и письменные тексты (описание, рас​суждение, повествование) в соответствии с речевой ситуацией;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готовить небольшие публичные выступления о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результа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тах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парной и групповой работы, о результатах наблюдения, выполненного мини-​исследования, проектного задания;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подбирать иллюстративный материал (рисунки, фото, плакаты) к тексту выступления.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форми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руются</w:t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регулятивные</w:t>
      </w:r>
      <w:proofErr w:type="spellEnd"/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универсальные учебные действия.</w:t>
      </w:r>
    </w:p>
    <w:p w:rsidR="00DB5FB4" w:rsidRPr="00E6722A" w:rsidRDefault="005A3498" w:rsidP="00A317B2">
      <w:pPr>
        <w:autoSpaceDE w:val="0"/>
        <w:autoSpaceDN w:val="0"/>
        <w:spacing w:before="70" w:after="0" w:line="271" w:lineRule="auto"/>
        <w:ind w:left="180" w:right="1728"/>
        <w:rPr>
          <w:lang w:val="ru-RU"/>
        </w:rPr>
      </w:pPr>
      <w:r w:rsidRPr="00E6722A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планировать действия по решению учебной задачи для по​лучения результата;—    выстраивать последовательность выбранных действий.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устанавливать причины успеха/неудач учебной деятель​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ности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корректировать свои учебные действия для преодоления речевых и орфографических ошибок;</w:t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соотносить результат деятельности с поставленной учеб​ной задачей по выделению,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характеристике, использованию языковых единиц;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находить ошибку, допущенную при работе с языковым материалом, находить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орфографическую и пунктуационную ошибку;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сравнивать результаты своей деятельности и деятельно​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сти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одноклассников, объективно оценивать их по предложен​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ным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критериям.</w:t>
      </w:r>
    </w:p>
    <w:p w:rsidR="00DB5FB4" w:rsidRPr="00E6722A" w:rsidRDefault="005A3498" w:rsidP="00A317B2">
      <w:pPr>
        <w:autoSpaceDE w:val="0"/>
        <w:autoSpaceDN w:val="0"/>
        <w:spacing w:before="262" w:after="0" w:line="230" w:lineRule="auto"/>
        <w:rPr>
          <w:lang w:val="ru-RU"/>
        </w:rPr>
      </w:pP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118" w:after="0" w:line="286" w:lineRule="auto"/>
        <w:ind w:right="288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формулировать краткосрочные и долгосрочные цели (ин​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дивидуальные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с учётом участия в коллективных задачах) в стандартной (типовой) ситуации на основе предложенного учи​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телем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формата планирования, распределения промежуточных шагов и сроков;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проявлять готовность руководить, выполнять поручения, подчиняться, самостоятельно разрешать конфликты;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ответственно выполнять свою часть работы;</w:t>
      </w:r>
    </w:p>
    <w:p w:rsidR="00DB5FB4" w:rsidRPr="00E6722A" w:rsidRDefault="00DB5FB4" w:rsidP="00A317B2">
      <w:pPr>
        <w:rPr>
          <w:lang w:val="ru-RU"/>
        </w:rPr>
        <w:sectPr w:rsidR="00DB5FB4" w:rsidRPr="00E6722A">
          <w:pgSz w:w="11900" w:h="16840"/>
          <w:pgMar w:top="286" w:right="698" w:bottom="368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DB5FB4" w:rsidRPr="00E6722A" w:rsidRDefault="00DB5FB4" w:rsidP="00A317B2">
      <w:pPr>
        <w:autoSpaceDE w:val="0"/>
        <w:autoSpaceDN w:val="0"/>
        <w:spacing w:after="78" w:line="220" w:lineRule="exact"/>
        <w:rPr>
          <w:lang w:val="ru-RU"/>
        </w:rPr>
      </w:pPr>
    </w:p>
    <w:p w:rsidR="00DB5FB4" w:rsidRPr="00E6722A" w:rsidRDefault="005A3498" w:rsidP="00A317B2">
      <w:pPr>
        <w:autoSpaceDE w:val="0"/>
        <w:autoSpaceDN w:val="0"/>
        <w:spacing w:after="0" w:line="262" w:lineRule="auto"/>
        <w:ind w:left="180" w:right="1584"/>
        <w:rPr>
          <w:lang w:val="ru-RU"/>
        </w:rPr>
      </w:pP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оценивать свой вклад в общий результат;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выполнять совместные проектные задания с опорой на предложенные образцы.</w:t>
      </w:r>
    </w:p>
    <w:p w:rsidR="00DB5FB4" w:rsidRPr="00E6722A" w:rsidRDefault="005A3498" w:rsidP="00A317B2">
      <w:pPr>
        <w:autoSpaceDE w:val="0"/>
        <w:autoSpaceDN w:val="0"/>
        <w:spacing w:before="262" w:after="0" w:line="230" w:lineRule="auto"/>
        <w:rPr>
          <w:lang w:val="ru-RU"/>
        </w:rPr>
      </w:pP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DB5FB4" w:rsidRPr="00E6722A" w:rsidRDefault="005A3498" w:rsidP="00A317B2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первом классе </w:t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различать слово и предложение; вычленять слова из пред​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ложений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вычленять звуки из слова;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различать гласные и согласные звуки (в том числе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разли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чать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в слове согласный звук [й’] и гласный звук [и]);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различать ударные и безударные гласные звуки;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различать согласные звуки: мягкие и твёрдые, звонкие и глухие (вне слова и в слове);</w:t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различать понятия «звук» и «буква»;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определять количество слогов в слове; делить слова на слоги (простые случаи: слова без стечения согласных); определять в слове ударный слог;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обозначать на письме мягкость согласных звуков буквами </w:t>
      </w:r>
      <w:r w:rsidRPr="00E6722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6722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6722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ю</w:t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6722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я </w:t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и буквой </w:t>
      </w:r>
      <w:r w:rsidRPr="00E6722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в конце слова;</w:t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правильно называть буквы русского алфавита;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использо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вать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знание последовательности букв русского алфавита для упорядочения небольшого списка слов;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писать аккуратным разборчивым почерком без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искаже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ний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прописные и строчные буквы, соединения букв, слова;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применять изученные правила правописания: раздельное написание слов в предложении; знаки препинания в конце пред​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ложения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сло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​гам (простые случаи: слова из слогов типа «согласный + глас​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ный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»); гласные после шипящих в сочетаниях </w:t>
      </w:r>
      <w:proofErr w:type="spellStart"/>
      <w:r w:rsidRPr="00E6722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E6722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ши</w:t>
      </w:r>
      <w:proofErr w:type="spellEnd"/>
      <w:r w:rsidRPr="00E6722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(в положе​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нии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под ударением), </w:t>
      </w:r>
      <w:proofErr w:type="spellStart"/>
      <w:r w:rsidRPr="00E6722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E6722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ща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E6722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чу</w:t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spellStart"/>
      <w:r w:rsidRPr="00E6722A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щу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; непроверяемые гласные и согласные (перечень слов в орфографическом словаре учебника);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правильно списывать (без пропусков и искажений букв) слова и предложения, тексты объёмом не более 25 слов;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писать под диктовку (без пропусков и искажений букв) слова, предложения из  3—5  слов, тексты  объёмом  не  более 20 слов, правописание которых не расходится с произношением;</w:t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находить и исправлять ошибки на изученные правила, описки;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понимать прослушанный текст;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читать вслух и про себя (с пониманием) короткие тексты с соблюдением интонации и пауз в соответствии со знаками пре​пинания в конце предложения;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—    находить в тексте слова, значение которых требует 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уточ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​нения;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составлять предложение из набора форм слов;</w:t>
      </w:r>
      <w:r w:rsidRPr="00E6722A">
        <w:rPr>
          <w:lang w:val="ru-RU"/>
        </w:rPr>
        <w:br/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устно составлять текст из 3—5 предложений по сюжет​</w:t>
      </w:r>
      <w:proofErr w:type="spellStart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нымкартинкам</w:t>
      </w:r>
      <w:proofErr w:type="spell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 и наблюдениям;</w:t>
      </w:r>
      <w:r w:rsidRPr="00E6722A">
        <w:rPr>
          <w:lang w:val="ru-RU"/>
        </w:rPr>
        <w:tab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—    использовать изученные понятия в процессе решения учебных задач.</w:t>
      </w:r>
    </w:p>
    <w:p w:rsidR="00DB5FB4" w:rsidRPr="00E6722A" w:rsidRDefault="00DB5FB4">
      <w:pPr>
        <w:rPr>
          <w:lang w:val="ru-RU"/>
        </w:rPr>
        <w:sectPr w:rsidR="00DB5FB4" w:rsidRPr="00E6722A">
          <w:pgSz w:w="11900" w:h="16840"/>
          <w:pgMar w:top="298" w:right="716" w:bottom="1440" w:left="666" w:header="720" w:footer="720" w:gutter="0"/>
          <w:cols w:space="720" w:equalWidth="0">
            <w:col w:w="10518" w:space="0"/>
          </w:cols>
          <w:docGrid w:linePitch="360"/>
        </w:sectPr>
      </w:pPr>
    </w:p>
    <w:p w:rsidR="00DB5FB4" w:rsidRPr="00E6722A" w:rsidRDefault="00DB5FB4">
      <w:pPr>
        <w:autoSpaceDE w:val="0"/>
        <w:autoSpaceDN w:val="0"/>
        <w:spacing w:after="64" w:line="220" w:lineRule="exact"/>
        <w:rPr>
          <w:lang w:val="ru-RU"/>
        </w:rPr>
      </w:pPr>
    </w:p>
    <w:p w:rsidR="00DB5FB4" w:rsidRDefault="00DB5FB4">
      <w:pPr>
        <w:autoSpaceDE w:val="0"/>
        <w:autoSpaceDN w:val="0"/>
        <w:spacing w:after="78" w:line="220" w:lineRule="exact"/>
      </w:pPr>
    </w:p>
    <w:p w:rsidR="00DB5FB4" w:rsidRPr="00A317B2" w:rsidRDefault="005A3498">
      <w:pPr>
        <w:autoSpaceDE w:val="0"/>
        <w:autoSpaceDN w:val="0"/>
        <w:spacing w:after="0" w:line="230" w:lineRule="auto"/>
        <w:rPr>
          <w:lang w:val="ru-RU"/>
        </w:rPr>
      </w:pPr>
      <w:r w:rsidRPr="00A317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DB5FB4" w:rsidRPr="00E6722A" w:rsidRDefault="005A3498">
      <w:pPr>
        <w:autoSpaceDE w:val="0"/>
        <w:autoSpaceDN w:val="0"/>
        <w:spacing w:before="346" w:after="0" w:line="382" w:lineRule="auto"/>
        <w:ind w:right="1440"/>
        <w:rPr>
          <w:lang w:val="ru-RU"/>
        </w:rPr>
      </w:pP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  <w:proofErr w:type="gramStart"/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E6722A">
        <w:rPr>
          <w:rFonts w:ascii="Times New Roman" w:eastAsia="Times New Roman" w:hAnsi="Times New Roman"/>
          <w:color w:val="000000"/>
          <w:sz w:val="24"/>
          <w:lang w:val="ru-RU"/>
        </w:rPr>
        <w:t xml:space="preserve">ведите свой вариант: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DB5FB4" w:rsidRPr="00E6722A" w:rsidRDefault="00DB5FB4">
      <w:pPr>
        <w:autoSpaceDE w:val="0"/>
        <w:autoSpaceDN w:val="0"/>
        <w:spacing w:after="78" w:line="220" w:lineRule="exact"/>
        <w:rPr>
          <w:lang w:val="ru-RU"/>
        </w:rPr>
      </w:pPr>
    </w:p>
    <w:p w:rsidR="00DB5FB4" w:rsidRPr="00E6722A" w:rsidRDefault="005A3498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E6722A">
        <w:rPr>
          <w:lang w:val="ru-RU"/>
        </w:rPr>
        <w:br/>
      </w:r>
      <w:r w:rsidRPr="00E6722A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DB5FB4" w:rsidRPr="00E6722A" w:rsidRDefault="00DB5FB4">
      <w:pPr>
        <w:rPr>
          <w:lang w:val="ru-RU"/>
        </w:rPr>
        <w:sectPr w:rsidR="00DB5FB4" w:rsidRPr="00E6722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A3498" w:rsidRPr="00E6722A" w:rsidRDefault="005A3498">
      <w:pPr>
        <w:rPr>
          <w:lang w:val="ru-RU"/>
        </w:rPr>
      </w:pPr>
    </w:p>
    <w:sectPr w:rsidR="005A3498" w:rsidRPr="00E6722A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DejaVu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1D59C0"/>
    <w:rsid w:val="0029639D"/>
    <w:rsid w:val="00326F90"/>
    <w:rsid w:val="005A3498"/>
    <w:rsid w:val="00A317B2"/>
    <w:rsid w:val="00AA1D8D"/>
    <w:rsid w:val="00B47730"/>
    <w:rsid w:val="00CB0664"/>
    <w:rsid w:val="00DB5FB4"/>
    <w:rsid w:val="00E6722A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A212A9-0665-4FAB-B1FC-EFC53FAB9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3389</Words>
  <Characters>19319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22663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4</cp:revision>
  <dcterms:created xsi:type="dcterms:W3CDTF">2013-12-23T23:15:00Z</dcterms:created>
  <dcterms:modified xsi:type="dcterms:W3CDTF">2023-01-19T09:25:00Z</dcterms:modified>
  <cp:category/>
</cp:coreProperties>
</file>