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A02" w:rsidRDefault="00D35A02">
      <w:pPr>
        <w:autoSpaceDE w:val="0"/>
        <w:autoSpaceDN w:val="0"/>
        <w:spacing w:after="78" w:line="220" w:lineRule="exact"/>
      </w:pPr>
    </w:p>
    <w:p w:rsidR="00D35A02" w:rsidRPr="00220445" w:rsidRDefault="00D35A02">
      <w:pPr>
        <w:autoSpaceDE w:val="0"/>
        <w:autoSpaceDN w:val="0"/>
        <w:spacing w:after="78" w:line="220" w:lineRule="exact"/>
        <w:rPr>
          <w:lang w:val="ru-RU"/>
        </w:rPr>
      </w:pPr>
      <w:bookmarkStart w:id="0" w:name="_GoBack"/>
      <w:bookmarkEnd w:id="0"/>
    </w:p>
    <w:p w:rsidR="00D35A02" w:rsidRPr="00220445" w:rsidRDefault="00626F85">
      <w:pPr>
        <w:autoSpaceDE w:val="0"/>
        <w:autoSpaceDN w:val="0"/>
        <w:spacing w:after="0" w:line="230" w:lineRule="auto"/>
        <w:rPr>
          <w:lang w:val="ru-RU"/>
        </w:rPr>
      </w:pPr>
      <w:r w:rsidRPr="00220445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D35A02" w:rsidRPr="00220445" w:rsidRDefault="00626F85" w:rsidP="003E61A0">
      <w:pPr>
        <w:autoSpaceDE w:val="0"/>
        <w:autoSpaceDN w:val="0"/>
        <w:spacing w:before="346" w:after="0" w:line="271" w:lineRule="auto"/>
        <w:ind w:right="432" w:firstLine="180"/>
        <w:jc w:val="both"/>
        <w:rPr>
          <w:lang w:val="ru-RU"/>
        </w:rPr>
      </w:pP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Программа по учебному предмету «Технология»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D35A02" w:rsidRPr="00220445" w:rsidRDefault="00626F85" w:rsidP="003E61A0">
      <w:pPr>
        <w:autoSpaceDE w:val="0"/>
        <w:autoSpaceDN w:val="0"/>
        <w:spacing w:before="70" w:after="0"/>
        <w:ind w:right="144" w:firstLine="180"/>
        <w:jc w:val="both"/>
        <w:rPr>
          <w:lang w:val="ru-RU"/>
        </w:rPr>
      </w:pP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</w:t>
      </w:r>
      <w:r w:rsidRPr="00220445">
        <w:rPr>
          <w:lang w:val="ru-RU"/>
        </w:rPr>
        <w:br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планированию.</w:t>
      </w:r>
    </w:p>
    <w:p w:rsidR="00D35A02" w:rsidRPr="00220445" w:rsidRDefault="00626F85" w:rsidP="003E61A0">
      <w:pPr>
        <w:autoSpaceDE w:val="0"/>
        <w:autoSpaceDN w:val="0"/>
        <w:spacing w:before="70" w:after="0" w:line="286" w:lineRule="auto"/>
        <w:ind w:firstLine="180"/>
        <w:jc w:val="both"/>
        <w:rPr>
          <w:lang w:val="ru-RU"/>
        </w:rPr>
      </w:pP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обучения раскрывается через модули.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«Технология» с учётом возрастных особенностей обучающихся начальных классов.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</w:t>
      </w:r>
      <w:proofErr w:type="spellStart"/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саморегуляция</w:t>
      </w:r>
      <w:proofErr w:type="spellEnd"/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</w:p>
    <w:p w:rsidR="00D35A02" w:rsidRPr="00220445" w:rsidRDefault="00626F85" w:rsidP="003E61A0">
      <w:pPr>
        <w:tabs>
          <w:tab w:val="left" w:pos="180"/>
        </w:tabs>
        <w:autoSpaceDE w:val="0"/>
        <w:autoSpaceDN w:val="0"/>
        <w:spacing w:before="70" w:after="0" w:line="262" w:lineRule="auto"/>
        <w:jc w:val="both"/>
        <w:rPr>
          <w:lang w:val="ru-RU"/>
        </w:rPr>
      </w:pP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Планируемые результаты включают личностные, </w:t>
      </w:r>
      <w:proofErr w:type="spellStart"/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D35A02" w:rsidRPr="00220445" w:rsidRDefault="00626F85" w:rsidP="003E61A0">
      <w:pPr>
        <w:tabs>
          <w:tab w:val="left" w:pos="180"/>
        </w:tabs>
        <w:autoSpaceDE w:val="0"/>
        <w:autoSpaceDN w:val="0"/>
        <w:spacing w:before="190" w:after="0" w:line="281" w:lineRule="auto"/>
        <w:ind w:right="864"/>
        <w:jc w:val="both"/>
        <w:rPr>
          <w:lang w:val="ru-RU"/>
        </w:rPr>
      </w:pP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«ТЕХНОЛОГИЯ»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(предмету) «Технология» и обеспечивает обозначенную в нём содержательную составляющую по данному учебному предмету.</w:t>
      </w:r>
    </w:p>
    <w:p w:rsidR="00D35A02" w:rsidRPr="00220445" w:rsidRDefault="00626F85" w:rsidP="003E61A0">
      <w:pPr>
        <w:autoSpaceDE w:val="0"/>
        <w:autoSpaceDN w:val="0"/>
        <w:spacing w:before="70" w:after="0" w:line="286" w:lineRule="auto"/>
        <w:ind w:firstLine="180"/>
        <w:jc w:val="both"/>
        <w:rPr>
          <w:lang w:val="ru-RU"/>
        </w:rPr>
      </w:pP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требованиями времени и инновационными установками отечественного </w:t>
      </w:r>
      <w:r w:rsidRPr="00220445">
        <w:rPr>
          <w:lang w:val="ru-RU"/>
        </w:rPr>
        <w:br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образования, обозначенными во ФГОС НОО, данная программа обеспечивает реализацию </w:t>
      </w:r>
      <w:r w:rsidRPr="00220445">
        <w:rPr>
          <w:lang w:val="ru-RU"/>
        </w:rPr>
        <w:br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обновлённой концептуальной идеи учебного предмета «Технология». Её особенность состоит в формировании у обучающихся социально ценных качеств, креативности и общей культуры личности. Новые социально-экономические условия требуют включения каждого учебного предмета в данный процесс, а уроки технологии обладают большими специфическими резервами для 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:rsidR="00D35A02" w:rsidRPr="00220445" w:rsidRDefault="00626F85" w:rsidP="003E61A0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В курсе технологии осуществляется реализация широкого спектра </w:t>
      </w:r>
      <w:proofErr w:type="spellStart"/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связей.</w:t>
      </w:r>
    </w:p>
    <w:p w:rsidR="00D35A02" w:rsidRPr="00220445" w:rsidRDefault="00626F85" w:rsidP="003E61A0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jc w:val="both"/>
        <w:rPr>
          <w:lang w:val="ru-RU"/>
        </w:rPr>
      </w:pP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Математика </w:t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— 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числами.</w:t>
      </w:r>
    </w:p>
    <w:p w:rsidR="00D35A02" w:rsidRPr="00220445" w:rsidRDefault="00626F85" w:rsidP="003E61A0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jc w:val="both"/>
        <w:rPr>
          <w:lang w:val="ru-RU"/>
        </w:rPr>
      </w:pP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Изобразительное искусство — использование средств художественной выразительности, законов и правил декоративно-прикладного искусства и дизайна.</w:t>
      </w:r>
    </w:p>
    <w:p w:rsidR="00D35A02" w:rsidRPr="00220445" w:rsidRDefault="00626F85" w:rsidP="003E61A0">
      <w:pPr>
        <w:tabs>
          <w:tab w:val="left" w:pos="180"/>
        </w:tabs>
        <w:autoSpaceDE w:val="0"/>
        <w:autoSpaceDN w:val="0"/>
        <w:spacing w:before="70" w:after="0"/>
        <w:jc w:val="both"/>
        <w:rPr>
          <w:lang w:val="ru-RU"/>
        </w:rPr>
      </w:pP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b/>
          <w:color w:val="000000"/>
          <w:sz w:val="24"/>
          <w:lang w:val="ru-RU"/>
        </w:rPr>
        <w:t>Окружающий мир</w:t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 —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традиции. </w:t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b/>
          <w:color w:val="000000"/>
          <w:sz w:val="24"/>
          <w:lang w:val="ru-RU"/>
        </w:rPr>
        <w:t>Родной язык</w:t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 —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</w:t>
      </w:r>
    </w:p>
    <w:p w:rsidR="00D35A02" w:rsidRPr="00220445" w:rsidRDefault="00626F85" w:rsidP="003E61A0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220445">
        <w:rPr>
          <w:rFonts w:ascii="Times New Roman" w:eastAsia="Times New Roman" w:hAnsi="Times New Roman"/>
          <w:b/>
          <w:color w:val="000000"/>
          <w:sz w:val="24"/>
          <w:lang w:val="ru-RU"/>
        </w:rPr>
        <w:t>Литературное чтени</w:t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е — работа с текстами для создания образа, реализуемого в изделии.</w:t>
      </w:r>
    </w:p>
    <w:p w:rsidR="00D35A02" w:rsidRPr="00220445" w:rsidRDefault="00D35A02" w:rsidP="003E61A0">
      <w:pPr>
        <w:jc w:val="both"/>
        <w:rPr>
          <w:lang w:val="ru-RU"/>
        </w:rPr>
        <w:sectPr w:rsidR="00D35A02" w:rsidRPr="00220445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35A02" w:rsidRPr="00220445" w:rsidRDefault="00D35A02" w:rsidP="003E61A0">
      <w:pPr>
        <w:autoSpaceDE w:val="0"/>
        <w:autoSpaceDN w:val="0"/>
        <w:spacing w:after="78" w:line="220" w:lineRule="exact"/>
        <w:jc w:val="both"/>
        <w:rPr>
          <w:lang w:val="ru-RU"/>
        </w:rPr>
      </w:pPr>
    </w:p>
    <w:p w:rsidR="00D35A02" w:rsidRPr="00220445" w:rsidRDefault="00626F85">
      <w:pPr>
        <w:autoSpaceDE w:val="0"/>
        <w:autoSpaceDN w:val="0"/>
        <w:spacing w:after="0" w:line="271" w:lineRule="auto"/>
        <w:ind w:right="720" w:firstLine="180"/>
        <w:rPr>
          <w:lang w:val="ru-RU"/>
        </w:rPr>
      </w:pP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Важнейшая особенность уроков технологии в начальной школе — предметно-практическая деятельность как необходимая составляющая целостного процесса интеллектуального, а также духовного и нравственного развития обучающихся младшего школьного возраста.</w:t>
      </w:r>
    </w:p>
    <w:p w:rsidR="00D35A02" w:rsidRPr="00220445" w:rsidRDefault="00626F85">
      <w:pPr>
        <w:autoSpaceDE w:val="0"/>
        <w:autoSpaceDN w:val="0"/>
        <w:spacing w:before="70" w:after="0"/>
        <w:ind w:firstLine="180"/>
        <w:rPr>
          <w:lang w:val="ru-RU"/>
        </w:rPr>
      </w:pP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Продуктивная предметная деятельность на уроках технологии является основой формирования познавательных способностей школьников, стремления активно знакомиться с историей </w:t>
      </w:r>
      <w:r w:rsidRPr="00220445">
        <w:rPr>
          <w:lang w:val="ru-RU"/>
        </w:rPr>
        <w:br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материальной культуры и семейных традиций своего и других народов и уважительного отношения к ним.</w:t>
      </w:r>
    </w:p>
    <w:p w:rsidR="00D35A02" w:rsidRPr="00220445" w:rsidRDefault="00626F85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Занятия продуктивной деятельностью закладывают основу для формирования у обучающихся социально-значимых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школьника.</w:t>
      </w:r>
    </w:p>
    <w:p w:rsidR="00D35A02" w:rsidRPr="00220445" w:rsidRDefault="00626F85">
      <w:pPr>
        <w:autoSpaceDE w:val="0"/>
        <w:autoSpaceDN w:val="0"/>
        <w:spacing w:before="72" w:after="0" w:line="271" w:lineRule="auto"/>
        <w:ind w:firstLine="180"/>
        <w:rPr>
          <w:lang w:val="ru-RU"/>
        </w:rPr>
      </w:pP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На уроках технологии ученики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D35A02" w:rsidRPr="00220445" w:rsidRDefault="00626F85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«ТЕХНОЛОГИЯ»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Основной целью </w:t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предмета является успешная социализация обучающихся, формирование у них функциональной грамотности на базе освоения культурологических и конструкторско-</w:t>
      </w:r>
      <w:r w:rsidRPr="00220445">
        <w:rPr>
          <w:lang w:val="ru-RU"/>
        </w:rPr>
        <w:br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D35A02" w:rsidRPr="00220445" w:rsidRDefault="00626F85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Для реализации основной цели и концептуальной идеи данного предмета необходимо решение системы приоритетных задач: образовательных, развивающих и воспитательных.</w:t>
      </w:r>
    </w:p>
    <w:p w:rsidR="00D35A02" w:rsidRPr="00220445" w:rsidRDefault="00626F85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Образовательные задачи курса: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общих представлений о культуре и организации трудовой деятельности как важной части общей культуры человека;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основ чертёжно-графической грамотности, умения работать с простейшей технологической документацией (рисунок, чертёж, эскиз, схема);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умений.</w:t>
      </w:r>
    </w:p>
    <w:p w:rsidR="00D35A02" w:rsidRPr="00220445" w:rsidRDefault="00626F85">
      <w:pPr>
        <w:tabs>
          <w:tab w:val="left" w:pos="180"/>
        </w:tabs>
        <w:autoSpaceDE w:val="0"/>
        <w:autoSpaceDN w:val="0"/>
        <w:spacing w:before="72" w:after="0" w:line="286" w:lineRule="auto"/>
        <w:rPr>
          <w:lang w:val="ru-RU"/>
        </w:rPr>
      </w:pP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Развивающие задачи: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сенсомоторных процессов, психомоторной координации, глазомера через формирование практических умений;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расширение культурного кругозора, развитие способности творческого использования полученных знаний и умений в практической деятельности;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развитие гибкости и вариативности мышления, способностей к изобретательской деятельности.</w:t>
      </w:r>
    </w:p>
    <w:p w:rsidR="00D35A02" w:rsidRPr="00220445" w:rsidRDefault="00626F85">
      <w:pPr>
        <w:tabs>
          <w:tab w:val="left" w:pos="180"/>
        </w:tabs>
        <w:autoSpaceDE w:val="0"/>
        <w:autoSpaceDN w:val="0"/>
        <w:spacing w:before="70" w:after="0" w:line="283" w:lineRule="auto"/>
        <w:rPr>
          <w:lang w:val="ru-RU"/>
        </w:rPr>
      </w:pP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Воспитательные задачи: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воспитание уважительного отношения к людям труда, к культурным традициям, понимания ценности предшествующих культур, отражённых в материальном мире;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саморегуляции</w:t>
      </w:r>
      <w:proofErr w:type="spellEnd"/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, активности и инициативности;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воспитание интереса и творческого отношения к продуктивной созидательной деятельности,</w:t>
      </w:r>
    </w:p>
    <w:p w:rsidR="00D35A02" w:rsidRPr="00220445" w:rsidRDefault="00D35A02">
      <w:pPr>
        <w:rPr>
          <w:lang w:val="ru-RU"/>
        </w:rPr>
        <w:sectPr w:rsidR="00D35A02" w:rsidRPr="00220445">
          <w:pgSz w:w="11900" w:h="16840"/>
          <w:pgMar w:top="298" w:right="704" w:bottom="368" w:left="666" w:header="720" w:footer="720" w:gutter="0"/>
          <w:cols w:space="720" w:equalWidth="0">
            <w:col w:w="10530" w:space="0"/>
          </w:cols>
          <w:docGrid w:linePitch="360"/>
        </w:sectPr>
      </w:pPr>
    </w:p>
    <w:p w:rsidR="00D35A02" w:rsidRPr="00220445" w:rsidRDefault="00D35A02">
      <w:pPr>
        <w:autoSpaceDE w:val="0"/>
        <w:autoSpaceDN w:val="0"/>
        <w:spacing w:after="66" w:line="220" w:lineRule="exact"/>
        <w:rPr>
          <w:lang w:val="ru-RU"/>
        </w:rPr>
      </w:pPr>
    </w:p>
    <w:p w:rsidR="00D35A02" w:rsidRPr="00220445" w:rsidRDefault="00626F85">
      <w:pPr>
        <w:tabs>
          <w:tab w:val="left" w:pos="180"/>
        </w:tabs>
        <w:autoSpaceDE w:val="0"/>
        <w:autoSpaceDN w:val="0"/>
        <w:spacing w:after="0" w:line="281" w:lineRule="auto"/>
        <w:ind w:right="144"/>
        <w:rPr>
          <w:lang w:val="ru-RU"/>
        </w:rPr>
      </w:pP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мотивации успеха и достижений, стремления к творческой самореализации;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D35A02" w:rsidRPr="00220445" w:rsidRDefault="00626F85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22044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 УЧЕБНОГО ПРЕДМЕТА «ТЕХНОЛОГИЯ» В УЧЕБНОМ ПЛАНЕ </w:t>
      </w:r>
      <w:r w:rsidRPr="00220445">
        <w:rPr>
          <w:lang w:val="ru-RU"/>
        </w:rPr>
        <w:br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Согласно требованиям ФГОС общее число часов на изучение курса «Технология» в 1 классе — 33 часа (по 1 часу в неделю)</w:t>
      </w:r>
    </w:p>
    <w:p w:rsidR="00D35A02" w:rsidRPr="00220445" w:rsidRDefault="00D35A02">
      <w:pPr>
        <w:rPr>
          <w:lang w:val="ru-RU"/>
        </w:rPr>
        <w:sectPr w:rsidR="00D35A02" w:rsidRPr="00220445">
          <w:pgSz w:w="11900" w:h="16840"/>
          <w:pgMar w:top="286" w:right="1086" w:bottom="1440" w:left="666" w:header="720" w:footer="720" w:gutter="0"/>
          <w:cols w:space="720" w:equalWidth="0">
            <w:col w:w="10148" w:space="0"/>
          </w:cols>
          <w:docGrid w:linePitch="360"/>
        </w:sectPr>
      </w:pPr>
    </w:p>
    <w:p w:rsidR="00D35A02" w:rsidRPr="00220445" w:rsidRDefault="00D35A02">
      <w:pPr>
        <w:autoSpaceDE w:val="0"/>
        <w:autoSpaceDN w:val="0"/>
        <w:spacing w:after="78" w:line="220" w:lineRule="exact"/>
        <w:rPr>
          <w:lang w:val="ru-RU"/>
        </w:rPr>
      </w:pPr>
    </w:p>
    <w:p w:rsidR="00D35A02" w:rsidRPr="00220445" w:rsidRDefault="00626F85">
      <w:pPr>
        <w:autoSpaceDE w:val="0"/>
        <w:autoSpaceDN w:val="0"/>
        <w:spacing w:after="0" w:line="230" w:lineRule="auto"/>
        <w:rPr>
          <w:lang w:val="ru-RU"/>
        </w:rPr>
      </w:pPr>
      <w:r w:rsidRPr="0022044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D35A02" w:rsidRPr="00220445" w:rsidRDefault="00626F85">
      <w:pPr>
        <w:autoSpaceDE w:val="0"/>
        <w:autoSpaceDN w:val="0"/>
        <w:spacing w:before="346" w:after="0" w:line="262" w:lineRule="auto"/>
        <w:ind w:left="180" w:right="3600"/>
        <w:rPr>
          <w:lang w:val="ru-RU"/>
        </w:rPr>
      </w:pPr>
      <w:r w:rsidRPr="0022044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Технологии, профессии и производства </w:t>
      </w:r>
      <w:r w:rsidRPr="00220445">
        <w:rPr>
          <w:lang w:val="ru-RU"/>
        </w:rPr>
        <w:br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Природа как источник сырьевых ресурсов и творчества мастеров.</w:t>
      </w:r>
    </w:p>
    <w:p w:rsidR="00D35A02" w:rsidRPr="00220445" w:rsidRDefault="00626F8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Красота и разнообразие природных форм, их передача в изделиях из различных материалов.</w:t>
      </w:r>
    </w:p>
    <w:p w:rsidR="00D35A02" w:rsidRPr="00220445" w:rsidRDefault="00626F85">
      <w:pPr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Наблюдения природы и фантазия мастера —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</w:t>
      </w:r>
    </w:p>
    <w:p w:rsidR="00D35A02" w:rsidRPr="00220445" w:rsidRDefault="00626F85">
      <w:pPr>
        <w:tabs>
          <w:tab w:val="left" w:pos="180"/>
        </w:tabs>
        <w:autoSpaceDE w:val="0"/>
        <w:autoSpaceDN w:val="0"/>
        <w:spacing w:before="72" w:after="0" w:line="262" w:lineRule="auto"/>
        <w:ind w:right="1440"/>
        <w:rPr>
          <w:lang w:val="ru-RU"/>
        </w:rPr>
      </w:pP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Профессии родных и знакомых. Профессии, связанные с </w:t>
      </w:r>
      <w:proofErr w:type="spellStart"/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из</w:t>
      </w:r>
      <w:proofErr w:type="gramStart"/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у</w:t>
      </w:r>
      <w:proofErr w:type="spellEnd"/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gramEnd"/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 чаемыми материалами и производствами. Профессии сферы обслуживания.</w:t>
      </w:r>
    </w:p>
    <w:p w:rsidR="00D35A02" w:rsidRPr="00220445" w:rsidRDefault="00626F8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Традиции и праздники народов России, ремёсла, обычаи.</w:t>
      </w:r>
    </w:p>
    <w:p w:rsidR="00D35A02" w:rsidRPr="00220445" w:rsidRDefault="00626F85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Технологии ручной обработки материалов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D35A02" w:rsidRPr="00220445" w:rsidRDefault="00626F85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D35A02" w:rsidRPr="00220445" w:rsidRDefault="00626F85">
      <w:pPr>
        <w:autoSpaceDE w:val="0"/>
        <w:autoSpaceDN w:val="0"/>
        <w:spacing w:before="70" w:after="0" w:line="286" w:lineRule="auto"/>
        <w:ind w:right="144" w:firstLine="180"/>
        <w:rPr>
          <w:lang w:val="ru-RU"/>
        </w:rPr>
      </w:pP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Способы разметки деталей: на глаз и от руки, по шаблону, по линейке (как направляющему инструменту без откладывания размеров) с опорой на рисунки, графическую инструкцию, </w:t>
      </w:r>
      <w:r w:rsidRPr="00220445">
        <w:rPr>
          <w:lang w:val="ru-RU"/>
        </w:rPr>
        <w:br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Отделка изделия или его деталей (окрашивание, вышивка, аппликация и др.).</w:t>
      </w:r>
    </w:p>
    <w:p w:rsidR="00D35A02" w:rsidRPr="00220445" w:rsidRDefault="00626F85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использование.</w:t>
      </w:r>
    </w:p>
    <w:p w:rsidR="00D35A02" w:rsidRPr="00220445" w:rsidRDefault="00626F85">
      <w:pPr>
        <w:autoSpaceDE w:val="0"/>
        <w:autoSpaceDN w:val="0"/>
        <w:spacing w:before="70" w:after="0" w:line="274" w:lineRule="auto"/>
        <w:ind w:firstLine="180"/>
        <w:rPr>
          <w:lang w:val="ru-RU"/>
        </w:rPr>
      </w:pP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D35A02" w:rsidRPr="00220445" w:rsidRDefault="00626F85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сминание</w:t>
      </w:r>
      <w:proofErr w:type="spellEnd"/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, обрывание, склеивание и др. Резание бумаги ножницами. Правила безопасной работы, передачи и хранения ножниц. Картон.</w:t>
      </w:r>
    </w:p>
    <w:p w:rsidR="00D35A02" w:rsidRPr="00220445" w:rsidRDefault="00626F8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Виды природных материалов (плоские — листья и объёмные — орехи, шишки, семена, ветки).</w:t>
      </w:r>
    </w:p>
    <w:p w:rsidR="00D35A02" w:rsidRPr="00220445" w:rsidRDefault="00626F85">
      <w:pPr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D35A02" w:rsidRPr="00220445" w:rsidRDefault="00626F85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</w:t>
      </w:r>
    </w:p>
    <w:p w:rsidR="00D35A02" w:rsidRPr="00220445" w:rsidRDefault="00626F8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Использование дополнительных отделочных материалов.</w:t>
      </w:r>
    </w:p>
    <w:p w:rsidR="00D35A02" w:rsidRPr="00220445" w:rsidRDefault="00626F85">
      <w:pPr>
        <w:autoSpaceDE w:val="0"/>
        <w:autoSpaceDN w:val="0"/>
        <w:spacing w:before="190" w:after="0" w:line="262" w:lineRule="auto"/>
        <w:ind w:left="180" w:right="288"/>
        <w:rPr>
          <w:lang w:val="ru-RU"/>
        </w:rPr>
      </w:pPr>
      <w:r w:rsidRPr="0022044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Конструирование и моделирование </w:t>
      </w:r>
      <w:r w:rsidRPr="00220445">
        <w:rPr>
          <w:lang w:val="ru-RU"/>
        </w:rPr>
        <w:br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Простые и объёмные конструкции из разных материалов (пластические массы, бумага, текстиль и</w:t>
      </w:r>
    </w:p>
    <w:p w:rsidR="00D35A02" w:rsidRPr="00220445" w:rsidRDefault="00D35A02">
      <w:pPr>
        <w:rPr>
          <w:lang w:val="ru-RU"/>
        </w:rPr>
        <w:sectPr w:rsidR="00D35A02" w:rsidRPr="00220445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35A02" w:rsidRPr="00220445" w:rsidRDefault="00D35A02">
      <w:pPr>
        <w:autoSpaceDE w:val="0"/>
        <w:autoSpaceDN w:val="0"/>
        <w:spacing w:after="66" w:line="220" w:lineRule="exact"/>
        <w:rPr>
          <w:lang w:val="ru-RU"/>
        </w:rPr>
      </w:pPr>
    </w:p>
    <w:p w:rsidR="00D35A02" w:rsidRPr="00220445" w:rsidRDefault="00626F85">
      <w:pPr>
        <w:autoSpaceDE w:val="0"/>
        <w:autoSpaceDN w:val="0"/>
        <w:spacing w:after="0" w:line="283" w:lineRule="auto"/>
        <w:ind w:right="144"/>
        <w:rPr>
          <w:lang w:val="ru-RU"/>
        </w:rPr>
      </w:pP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др.)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</w:t>
      </w:r>
      <w:r w:rsidRPr="00220445">
        <w:rPr>
          <w:lang w:val="ru-RU"/>
        </w:rPr>
        <w:br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и результата. Элементарное прогнозирование порядка действий в зависимости от </w:t>
      </w:r>
      <w:r w:rsidRPr="00220445">
        <w:rPr>
          <w:lang w:val="ru-RU"/>
        </w:rPr>
        <w:br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желаемого/необходимого результата; выбор способа работы в зависимости от требуемого </w:t>
      </w:r>
      <w:r w:rsidRPr="00220445">
        <w:rPr>
          <w:lang w:val="ru-RU"/>
        </w:rPr>
        <w:br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результата/замысла.</w:t>
      </w:r>
    </w:p>
    <w:p w:rsidR="00D35A02" w:rsidRPr="00220445" w:rsidRDefault="00626F85">
      <w:pPr>
        <w:autoSpaceDE w:val="0"/>
        <w:autoSpaceDN w:val="0"/>
        <w:spacing w:before="190" w:after="0" w:line="271" w:lineRule="auto"/>
        <w:ind w:left="180" w:right="2304"/>
        <w:rPr>
          <w:lang w:val="ru-RU"/>
        </w:rPr>
      </w:pPr>
      <w:r w:rsidRPr="0022044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4. Информационно-коммуникативные технологии </w:t>
      </w:r>
      <w:r w:rsidRPr="00220445">
        <w:rPr>
          <w:lang w:val="ru-RU"/>
        </w:rPr>
        <w:br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Демонстрация учителем готовых материалов на информационных носителях. Информация. Виды информации.</w:t>
      </w:r>
    </w:p>
    <w:p w:rsidR="00D35A02" w:rsidRPr="00220445" w:rsidRDefault="00626F85">
      <w:pPr>
        <w:tabs>
          <w:tab w:val="left" w:pos="180"/>
        </w:tabs>
        <w:autoSpaceDE w:val="0"/>
        <w:autoSpaceDN w:val="0"/>
        <w:spacing w:before="192" w:after="0" w:line="283" w:lineRule="auto"/>
        <w:ind w:right="720"/>
        <w:rPr>
          <w:lang w:val="ru-RU"/>
        </w:rPr>
      </w:pP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Универсальные учебные действия (пропедевтический уровень)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Познавательные УУД: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терминах, используемых в технологии (в пределах изученного);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использовать предложенную инструкцию (устную, графическую);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устройство простых изделий по образцу, рисунку, выделять основные и второстепенные составляющие конструкции;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D35A02" w:rsidRPr="00220445" w:rsidRDefault="00626F85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Работа с информацией: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информацию (представленную в объяснении учителя или в учебнике), использовать её в работе;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D35A02" w:rsidRPr="00220445" w:rsidRDefault="00626F85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Коммуникативные УУД: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D35A02" w:rsidRPr="00220445" w:rsidRDefault="00626F85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Р</w:t>
      </w:r>
      <w:r w:rsidRPr="0022044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егулятивные УУД: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и удерживать в процессе деятельности предложенную учебную задачу;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принимать критерии оценки качества работы, руководствоваться ими в процессе анализа и оценки выполненных работ;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выполнять несложные действия контроля и оценки по предложенным критериям.</w:t>
      </w:r>
    </w:p>
    <w:p w:rsidR="00D35A02" w:rsidRPr="00220445" w:rsidRDefault="00626F85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lang w:val="ru-RU"/>
        </w:rPr>
      </w:pP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Совместная деятельность: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положительное отношение к включению в совместную работу, к простым видам сотрудничества;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D35A02" w:rsidRPr="00220445" w:rsidRDefault="00D35A02">
      <w:pPr>
        <w:rPr>
          <w:lang w:val="ru-RU"/>
        </w:rPr>
        <w:sectPr w:rsidR="00D35A02" w:rsidRPr="00220445">
          <w:pgSz w:w="11900" w:h="16840"/>
          <w:pgMar w:top="286" w:right="640" w:bottom="1158" w:left="666" w:header="720" w:footer="720" w:gutter="0"/>
          <w:cols w:space="720" w:equalWidth="0">
            <w:col w:w="10594" w:space="0"/>
          </w:cols>
          <w:docGrid w:linePitch="360"/>
        </w:sectPr>
      </w:pPr>
    </w:p>
    <w:p w:rsidR="00D35A02" w:rsidRPr="00220445" w:rsidRDefault="00D35A02">
      <w:pPr>
        <w:autoSpaceDE w:val="0"/>
        <w:autoSpaceDN w:val="0"/>
        <w:spacing w:after="78" w:line="220" w:lineRule="exact"/>
        <w:rPr>
          <w:lang w:val="ru-RU"/>
        </w:rPr>
      </w:pPr>
    </w:p>
    <w:p w:rsidR="00D35A02" w:rsidRPr="00220445" w:rsidRDefault="00626F85">
      <w:pPr>
        <w:autoSpaceDE w:val="0"/>
        <w:autoSpaceDN w:val="0"/>
        <w:spacing w:after="0" w:line="262" w:lineRule="auto"/>
        <w:ind w:right="432"/>
        <w:rPr>
          <w:lang w:val="ru-RU"/>
        </w:rPr>
      </w:pPr>
      <w:r w:rsidRPr="00220445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РЕЗУЛЬТАТЫ ОСВОЕНИЯ УЧЕБНОГО ПРЕДМЕТА «ТЕХНОЛОГИЯ</w:t>
      </w:r>
      <w:proofErr w:type="gramStart"/>
      <w:r w:rsidRPr="00220445">
        <w:rPr>
          <w:rFonts w:ascii="Times New Roman" w:eastAsia="Times New Roman" w:hAnsi="Times New Roman"/>
          <w:b/>
          <w:color w:val="000000"/>
          <w:sz w:val="24"/>
          <w:lang w:val="ru-RU"/>
        </w:rPr>
        <w:t>»Н</w:t>
      </w:r>
      <w:proofErr w:type="gramEnd"/>
      <w:r w:rsidRPr="0022044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 УРОВНЕ НАЧАЛЬНОГО ОБЩЕГО ОБРАЗОВАНИЯ </w:t>
      </w:r>
    </w:p>
    <w:p w:rsidR="00D35A02" w:rsidRPr="00220445" w:rsidRDefault="00626F85">
      <w:pPr>
        <w:tabs>
          <w:tab w:val="left" w:pos="180"/>
        </w:tabs>
        <w:autoSpaceDE w:val="0"/>
        <w:autoSpaceDN w:val="0"/>
        <w:spacing w:before="346" w:after="0" w:line="290" w:lineRule="auto"/>
        <w:rPr>
          <w:lang w:val="ru-RU"/>
        </w:rPr>
      </w:pP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ОБУЧАЮЩЕГОСЯ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«Технология» у обучающегося будут сформированы следующие личностные новообразования: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роли человека и используемых им технологий в сохранении гармонического </w:t>
      </w:r>
      <w:r w:rsidRPr="00220445">
        <w:rPr>
          <w:lang w:val="ru-RU"/>
        </w:rPr>
        <w:br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сосуществования рукотворного мира с миром природы; ответственное отношение к сохранению окружающей среды;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культурно-исторической ценности традиций, отражённых в предметном мире; чувство сопричастности к культуре своего народа, уважительное отношение к культурным традициям других народов;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способности к эстетической оценке окружающей предметной среды; эстетические чувства — эмоционально-положительное восприятие и понимание красоты форм и образов </w:t>
      </w:r>
      <w:r w:rsidRPr="00220445">
        <w:rPr>
          <w:lang w:val="ru-RU"/>
        </w:rPr>
        <w:br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природных объектов, образцов мировой и отечественной художественной культуры;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положительного отношения и интереса к различным видам творческой преобразующей деятельности, стремление к творческой самореализации; мотивация к творческому труду, работе на результат; способность к различным видам практической преобразующей деятельности;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устойчивых волевых качества и способность к </w:t>
      </w:r>
      <w:proofErr w:type="spellStart"/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саморегуляции</w:t>
      </w:r>
      <w:proofErr w:type="spellEnd"/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: организованность, аккуратность, трудолюбие, ответственность, умение справляться с доступными проблемами; </w:t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готовность вступать в сотрудничество с другими людьми с учётом этики общения; проявление толерантности и доброжелательности.</w:t>
      </w:r>
    </w:p>
    <w:p w:rsidR="00D35A02" w:rsidRPr="00220445" w:rsidRDefault="00626F85">
      <w:pPr>
        <w:autoSpaceDE w:val="0"/>
        <w:autoSpaceDN w:val="0"/>
        <w:spacing w:before="190" w:after="0" w:line="262" w:lineRule="auto"/>
        <w:ind w:left="180" w:right="432"/>
        <w:rPr>
          <w:lang w:val="ru-RU"/>
        </w:rPr>
      </w:pPr>
      <w:r w:rsidRPr="0022044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МЕТАПРЕДМЕТНЫЕ РЕЗУЛЬТАТЫ ОБУЧАЮЩЕГОСЯ </w:t>
      </w:r>
      <w:r w:rsidRPr="00220445">
        <w:rPr>
          <w:lang w:val="ru-RU"/>
        </w:rPr>
        <w:br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у обучающегося формируются следующие универсальные учебные действия.</w:t>
      </w:r>
    </w:p>
    <w:p w:rsidR="00D35A02" w:rsidRPr="00220445" w:rsidRDefault="00626F85">
      <w:pPr>
        <w:tabs>
          <w:tab w:val="left" w:pos="180"/>
        </w:tabs>
        <w:autoSpaceDE w:val="0"/>
        <w:autoSpaceDN w:val="0"/>
        <w:spacing w:before="190" w:after="0" w:line="288" w:lineRule="auto"/>
        <w:ind w:right="288"/>
        <w:rPr>
          <w:lang w:val="ru-RU"/>
        </w:rPr>
      </w:pP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Познавательные УУД: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анализ объектов и изделий с выделением существенных и несущественных признаков;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группы объектов/изделий, выделять в них общее и различия;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делать обобщения (технико-технологического и декоративно-художественного характера) по изучаемой тематике;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схемы, модели и простейшие чертежи в собственной практической творческой деятельности;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D35A02" w:rsidRPr="00220445" w:rsidRDefault="00626F85">
      <w:pPr>
        <w:tabs>
          <w:tab w:val="left" w:pos="180"/>
        </w:tabs>
        <w:autoSpaceDE w:val="0"/>
        <w:autoSpaceDN w:val="0"/>
        <w:spacing w:before="190" w:after="0" w:line="281" w:lineRule="auto"/>
        <w:ind w:right="432"/>
        <w:rPr>
          <w:lang w:val="ru-RU"/>
        </w:rPr>
      </w:pP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Работа с информацией: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 </w:t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форме; выполнять действия моделирования,</w:t>
      </w:r>
    </w:p>
    <w:p w:rsidR="00D35A02" w:rsidRPr="00220445" w:rsidRDefault="00D35A02">
      <w:pPr>
        <w:rPr>
          <w:lang w:val="ru-RU"/>
        </w:rPr>
        <w:sectPr w:rsidR="00D35A02" w:rsidRPr="00220445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35A02" w:rsidRPr="00220445" w:rsidRDefault="00D35A02">
      <w:pPr>
        <w:autoSpaceDE w:val="0"/>
        <w:autoSpaceDN w:val="0"/>
        <w:spacing w:after="66" w:line="220" w:lineRule="exact"/>
        <w:rPr>
          <w:lang w:val="ru-RU"/>
        </w:rPr>
      </w:pPr>
    </w:p>
    <w:p w:rsidR="00D35A02" w:rsidRPr="00220445" w:rsidRDefault="00626F85">
      <w:pPr>
        <w:tabs>
          <w:tab w:val="left" w:pos="180"/>
        </w:tabs>
        <w:autoSpaceDE w:val="0"/>
        <w:autoSpaceDN w:val="0"/>
        <w:spacing w:after="0" w:line="281" w:lineRule="auto"/>
        <w:ind w:right="288"/>
        <w:rPr>
          <w:lang w:val="ru-RU"/>
        </w:rPr>
      </w:pP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работать с моделями;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D35A02" w:rsidRPr="00220445" w:rsidRDefault="00626F85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УУД: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тексты-описания на основе наблюдений (рассматривания) изделий декоративно-прикладного искусства народов России;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объяснять последовательность совершаемых действий при создании изделия.</w:t>
      </w:r>
    </w:p>
    <w:p w:rsidR="00D35A02" w:rsidRPr="00220445" w:rsidRDefault="00626F85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УУД: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рационально организовывать свою работу (подготовка рабочего места, поддержание и наведение порядка, уборка после работы);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правила безопасности труда при выполнении работы;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работу, соотносить свои действия с поставленной целью;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действия контроля и оценки; вносить необходимые коррективы в действие после его завершения на основе его оценки и учёта характера сделанных ошибок;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волевую </w:t>
      </w:r>
      <w:proofErr w:type="spellStart"/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саморегуляцию</w:t>
      </w:r>
      <w:proofErr w:type="spellEnd"/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выполнении работы.</w:t>
      </w:r>
    </w:p>
    <w:p w:rsidR="00D35A02" w:rsidRPr="00220445" w:rsidRDefault="00626F85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Совместная деятельность: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подчинённого; осуществлять продуктивное сотрудничество;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 </w:t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деятельности.</w:t>
      </w:r>
    </w:p>
    <w:p w:rsidR="00D35A02" w:rsidRPr="00220445" w:rsidRDefault="00626F85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220445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 ОСВОЕНИЯ КУРСА «ТЕХНОЛОГИЯ»</w:t>
      </w:r>
    </w:p>
    <w:p w:rsidR="00D35A02" w:rsidRPr="00220445" w:rsidRDefault="00626F85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  <w:rPr>
          <w:lang w:val="ru-RU"/>
        </w:rPr>
      </w:pP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22044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 первом классе </w:t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обучающийся научится: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организовывать свой труд: своевременно подготавливать и убирать рабочее место, поддерживать порядок на нём в процессе труда;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правила безопасной работы ножницами, иглой и аккуратной работы с клеем; </w:t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действовать по предложенному образцу в соответствии с правилами рациональной разметки (разметка на изнаночной стороне материала; экономия материала при разметке);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 </w:t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определять наименования отдельных материалов (бумага, картон, фольга, пластилин, природные,</w:t>
      </w:r>
    </w:p>
    <w:p w:rsidR="00D35A02" w:rsidRPr="00220445" w:rsidRDefault="00D35A02">
      <w:pPr>
        <w:rPr>
          <w:lang w:val="ru-RU"/>
        </w:rPr>
        <w:sectPr w:rsidR="00D35A02" w:rsidRPr="00220445">
          <w:pgSz w:w="11900" w:h="16840"/>
          <w:pgMar w:top="286" w:right="668" w:bottom="30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D35A02" w:rsidRPr="00220445" w:rsidRDefault="00D35A02">
      <w:pPr>
        <w:autoSpaceDE w:val="0"/>
        <w:autoSpaceDN w:val="0"/>
        <w:spacing w:after="78" w:line="220" w:lineRule="exact"/>
        <w:rPr>
          <w:lang w:val="ru-RU"/>
        </w:rPr>
      </w:pPr>
    </w:p>
    <w:p w:rsidR="00D35A02" w:rsidRPr="00220445" w:rsidRDefault="00626F85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текстильные материалы и пр.) и способы их обработки (сгибание, отрывание, </w:t>
      </w:r>
      <w:proofErr w:type="spellStart"/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сминание</w:t>
      </w:r>
      <w:proofErr w:type="spellEnd"/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, резание, лепка и пр.); выполнять доступные технологические приёмы ручной обработки материалов при изготовлении изделий;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наименованиях основных технологических операций: разметка деталей, выделение деталей, сборка изделия;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разметку деталей сгибанием, по шаблону, на глаз, от руки; выделение деталей способами обрывания, вырезания и др.; сборку изделий с помощью клея, ниток и др.;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оформлять изделия строчкой прямого стежка;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понимать смысл понятий «изделие», «деталь изделия», «образец», «заготовка», «материал»,«инструмент», «</w:t>
      </w:r>
      <w:proofErr w:type="spellStart"/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приспособ</w:t>
      </w:r>
      <w:proofErr w:type="spellEnd"/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proofErr w:type="spellStart"/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ление</w:t>
      </w:r>
      <w:proofErr w:type="spellEnd"/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», «конструирование», «аппликация»;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задания с опорой на готовый план;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обслуживать себя во время работы: соблюдать порядок на рабочем месте, ухаживать за </w:t>
      </w:r>
      <w:r w:rsidRPr="00220445">
        <w:rPr>
          <w:lang w:val="ru-RU"/>
        </w:rPr>
        <w:br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инструментами и правильно хранить их; соблюдать правила гигиены труда;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рассматривать и анализировать простые по конструкции образцы (по вопросам учителя); </w:t>
      </w:r>
      <w:r w:rsidRPr="00220445">
        <w:rPr>
          <w:lang w:val="ru-RU"/>
        </w:rPr>
        <w:br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соединения; способы изготовления; </w:t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изученные виды материалов (природные, пластические, бумага, тонкий картон, текстильные, клей и др.), их свойства (цвет, фактура, форма, гибкость и др.);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ручные инструменты (ножницы, игла, линейка) и приспособления (шаблон, стека, булавки и др.), безопасно хранить и работать ими;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материалы и инструменты по их назначению;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и выполнять последовательность изготовления несложных изделий: разметка, резание, сборка, отделка;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</w:t>
      </w:r>
      <w:r w:rsidRPr="00220445">
        <w:rPr>
          <w:lang w:val="ru-RU"/>
        </w:rPr>
        <w:br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инструменту без откладывания размеров); точно резать ножницами по линиям разметки; придавать форму деталям и изделию сгибанием, складыванием, вытягиванием, отрыванием, </w:t>
      </w:r>
      <w:proofErr w:type="spellStart"/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сминанием</w:t>
      </w:r>
      <w:proofErr w:type="spellEnd"/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, лепкой и пр.; собирать изделия с помощью клея, пластических масс и др.; эстетично и аккуратно выполнять отделку раскрашиванием, аппликацией, строчкой прямого стежка;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для сушки плоских изделий пресс;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с помощью учителя выполнять практическую работу и самоконтроль с опорой на инструкционную карту, образец, шаблон;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разборные и неразборные конструкции несложных изделий;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простейшие виды технической документации (рисунок, схема), конструировать и моделировать изделия из различных материалов по образцу, рисунку;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элементарное сотрудничество, участвовать в коллективных работах под руководством учителя; </w:t>
      </w:r>
      <w:r w:rsidRPr="00220445">
        <w:rPr>
          <w:lang w:val="ru-RU"/>
        </w:rPr>
        <w:br/>
      </w:r>
      <w:r w:rsidRPr="00220445">
        <w:rPr>
          <w:lang w:val="ru-RU"/>
        </w:rPr>
        <w:tab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выполнять несложные коллективные работы проектного характера.</w:t>
      </w:r>
    </w:p>
    <w:p w:rsidR="00D35A02" w:rsidRPr="00220445" w:rsidRDefault="00D35A02">
      <w:pPr>
        <w:rPr>
          <w:lang w:val="ru-RU"/>
        </w:rPr>
        <w:sectPr w:rsidR="00D35A02" w:rsidRPr="00220445">
          <w:pgSz w:w="11900" w:h="16840"/>
          <w:pgMar w:top="298" w:right="668" w:bottom="1440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D35A02" w:rsidRDefault="00D35A02">
      <w:pPr>
        <w:autoSpaceDE w:val="0"/>
        <w:autoSpaceDN w:val="0"/>
        <w:spacing w:after="78" w:line="220" w:lineRule="exact"/>
      </w:pPr>
    </w:p>
    <w:p w:rsidR="00D35A02" w:rsidRPr="003E61A0" w:rsidRDefault="00626F85">
      <w:pPr>
        <w:autoSpaceDE w:val="0"/>
        <w:autoSpaceDN w:val="0"/>
        <w:spacing w:after="0" w:line="230" w:lineRule="auto"/>
        <w:rPr>
          <w:lang w:val="ru-RU"/>
        </w:rPr>
      </w:pPr>
      <w:r w:rsidRPr="003E61A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D35A02" w:rsidRPr="00220445" w:rsidRDefault="00626F85">
      <w:pPr>
        <w:autoSpaceDE w:val="0"/>
        <w:autoSpaceDN w:val="0"/>
        <w:spacing w:before="346" w:after="0" w:line="298" w:lineRule="auto"/>
        <w:ind w:right="1152"/>
        <w:rPr>
          <w:lang w:val="ru-RU"/>
        </w:rPr>
      </w:pPr>
      <w:r w:rsidRPr="0022044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220445">
        <w:rPr>
          <w:lang w:val="ru-RU"/>
        </w:rPr>
        <w:br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Технология, 1 класс/</w:t>
      </w:r>
      <w:proofErr w:type="spellStart"/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Роговцева</w:t>
      </w:r>
      <w:proofErr w:type="spellEnd"/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 Н.И., Богданова Н.В., </w:t>
      </w:r>
      <w:proofErr w:type="spellStart"/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Фрейтаг</w:t>
      </w:r>
      <w:proofErr w:type="spellEnd"/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 И.П., Акционерное общество</w:t>
      </w:r>
      <w:proofErr w:type="gramStart"/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«И</w:t>
      </w:r>
      <w:proofErr w:type="gramEnd"/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здательство «Просвещение»; </w:t>
      </w:r>
      <w:r w:rsidRPr="00220445">
        <w:rPr>
          <w:lang w:val="ru-RU"/>
        </w:rPr>
        <w:br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D35A02" w:rsidRPr="00220445" w:rsidRDefault="00626F85">
      <w:pPr>
        <w:autoSpaceDE w:val="0"/>
        <w:autoSpaceDN w:val="0"/>
        <w:spacing w:before="262" w:after="0" w:line="302" w:lineRule="auto"/>
        <w:ind w:right="4464"/>
        <w:rPr>
          <w:lang w:val="ru-RU"/>
        </w:rPr>
      </w:pPr>
      <w:r w:rsidRPr="0022044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Поурочные разработки для учителя. Учебник для 1 класса</w:t>
      </w:r>
    </w:p>
    <w:p w:rsidR="00D35A02" w:rsidRPr="00220445" w:rsidRDefault="00626F85">
      <w:pPr>
        <w:autoSpaceDE w:val="0"/>
        <w:autoSpaceDN w:val="0"/>
        <w:spacing w:before="264" w:after="0" w:line="302" w:lineRule="auto"/>
        <w:ind w:right="1440"/>
        <w:rPr>
          <w:lang w:val="ru-RU"/>
        </w:rPr>
      </w:pPr>
      <w:r w:rsidRPr="0022044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</w:t>
      </w:r>
      <w:proofErr w:type="spellStart"/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Инфоурок</w:t>
      </w:r>
      <w:proofErr w:type="spellEnd"/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, начальная школа</w:t>
      </w:r>
    </w:p>
    <w:p w:rsidR="00D35A02" w:rsidRPr="00220445" w:rsidRDefault="00D35A02">
      <w:pPr>
        <w:autoSpaceDE w:val="0"/>
        <w:autoSpaceDN w:val="0"/>
        <w:spacing w:after="78" w:line="220" w:lineRule="exact"/>
        <w:rPr>
          <w:lang w:val="ru-RU"/>
        </w:rPr>
      </w:pPr>
    </w:p>
    <w:p w:rsidR="00D35A02" w:rsidRPr="00220445" w:rsidRDefault="00626F85">
      <w:pPr>
        <w:autoSpaceDE w:val="0"/>
        <w:autoSpaceDN w:val="0"/>
        <w:spacing w:after="0" w:line="230" w:lineRule="auto"/>
        <w:rPr>
          <w:lang w:val="ru-RU"/>
        </w:rPr>
      </w:pPr>
      <w:r w:rsidRPr="00220445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D35A02" w:rsidRPr="00220445" w:rsidRDefault="00626F85">
      <w:pPr>
        <w:autoSpaceDE w:val="0"/>
        <w:autoSpaceDN w:val="0"/>
        <w:spacing w:before="346" w:after="0" w:line="302" w:lineRule="auto"/>
        <w:ind w:right="4176"/>
        <w:rPr>
          <w:lang w:val="ru-RU"/>
        </w:rPr>
      </w:pPr>
      <w:r w:rsidRPr="0022044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220445">
        <w:rPr>
          <w:lang w:val="ru-RU"/>
        </w:rPr>
        <w:br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>бумага, текстиль, пластилин, доска для лепки, ножницы, клей</w:t>
      </w:r>
    </w:p>
    <w:p w:rsidR="00626F85" w:rsidRDefault="00626F85" w:rsidP="003E61A0">
      <w:pPr>
        <w:autoSpaceDE w:val="0"/>
        <w:autoSpaceDN w:val="0"/>
        <w:spacing w:before="262" w:after="0" w:line="300" w:lineRule="auto"/>
        <w:ind w:right="720"/>
      </w:pPr>
      <w:r w:rsidRPr="0022044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ЛАБОРАТОРНЫХ, ПРАКТИЧЕСКИХ РАБОТ, ДЕМОНСТРАЦИЙ </w:t>
      </w:r>
      <w:r w:rsidRPr="00220445">
        <w:rPr>
          <w:lang w:val="ru-RU"/>
        </w:rPr>
        <w:br/>
      </w:r>
      <w:r w:rsidRPr="00220445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Интерактивная доска.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Мультимедийныйпроектор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компьютер</w:t>
      </w:r>
      <w:proofErr w:type="spellEnd"/>
    </w:p>
    <w:sectPr w:rsidR="00626F85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20445"/>
    <w:rsid w:val="0029639D"/>
    <w:rsid w:val="00326F90"/>
    <w:rsid w:val="003E61A0"/>
    <w:rsid w:val="00626F85"/>
    <w:rsid w:val="00AA1D8D"/>
    <w:rsid w:val="00B47730"/>
    <w:rsid w:val="00CB0664"/>
    <w:rsid w:val="00D35A02"/>
    <w:rsid w:val="00D6431D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7B283A6-7E6E-4E6E-A062-FA8F85595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3398</Words>
  <Characters>19373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22726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4</cp:revision>
  <dcterms:created xsi:type="dcterms:W3CDTF">2013-12-23T23:15:00Z</dcterms:created>
  <dcterms:modified xsi:type="dcterms:W3CDTF">2023-01-19T10:15:00Z</dcterms:modified>
  <cp:category/>
</cp:coreProperties>
</file>